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CBA1 Topic Ideas – Get Inspired!</w:t>
      </w:r>
    </w:p>
    <w:p/>
    <w:p>
      <w:r>
        <w:t>Need help picking a topic for your oral communication? Choose something you enjoy talking about!</w:t>
      </w:r>
    </w:p>
    <w:p/>
    <w:p>
      <w:r>
        <w:t>🎮 Pop Culture &amp; Media</w:t>
      </w:r>
    </w:p>
    <w:p>
      <w:r>
        <w:t>- Why TikTok is so addictive</w:t>
      </w:r>
    </w:p>
    <w:p>
      <w:r>
        <w:t>- My favourite YouTuber</w:t>
      </w:r>
    </w:p>
    <w:p>
      <w:r>
        <w:t>- How movies influence fashion</w:t>
      </w:r>
    </w:p>
    <w:p>
      <w:r>
        <w:t>- The rise of esports</w:t>
      </w:r>
    </w:p>
    <w:p/>
    <w:p>
      <w:r>
        <w:t>⚽ Sports &amp; Fitness</w:t>
      </w:r>
    </w:p>
    <w:p>
      <w:r>
        <w:t>- Greatest footballer of all time</w:t>
      </w:r>
    </w:p>
    <w:p>
      <w:r>
        <w:t>- How sport improves mental health</w:t>
      </w:r>
    </w:p>
    <w:p>
      <w:r>
        <w:t>- What it takes to be a GAA star</w:t>
      </w:r>
    </w:p>
    <w:p>
      <w:r>
        <w:t>- Famous moments in the Olympics</w:t>
      </w:r>
    </w:p>
    <w:p/>
    <w:p>
      <w:r>
        <w:t>🌍 World &amp; Society</w:t>
      </w:r>
    </w:p>
    <w:p>
      <w:r>
        <w:t>- Climate change and teens</w:t>
      </w:r>
    </w:p>
    <w:p>
      <w:r>
        <w:t>- Is school preparing us for real life?</w:t>
      </w:r>
    </w:p>
    <w:p>
      <w:r>
        <w:t>- Social media: good or bad?</w:t>
      </w:r>
    </w:p>
    <w:p>
      <w:r>
        <w:t>- The power of protest</w:t>
      </w:r>
    </w:p>
    <w:p/>
    <w:p>
      <w:r>
        <w:t>🎤 Music &amp; Performance</w:t>
      </w:r>
    </w:p>
    <w:p>
      <w:r>
        <w:t>- The story of my favourite band</w:t>
      </w:r>
    </w:p>
    <w:p>
      <w:r>
        <w:t>- My experience learning guitar</w:t>
      </w:r>
    </w:p>
    <w:p>
      <w:r>
        <w:t>- Why I love musical theatre</w:t>
      </w:r>
    </w:p>
    <w:p/>
    <w:p>
      <w:r>
        <w:t>📚 Books &amp; Films</w:t>
      </w:r>
    </w:p>
    <w:p>
      <w:r>
        <w:t>- Why 'Wonder' made me cry</w:t>
      </w:r>
    </w:p>
    <w:p>
      <w:r>
        <w:t>- The best villain ever written</w:t>
      </w:r>
    </w:p>
    <w:p>
      <w:r>
        <w:t>- A book that changed my thinking</w:t>
      </w:r>
    </w:p>
    <w:p/>
    <w:p>
      <w:r>
        <w:t>🧑‍🎓 Personal Life</w:t>
      </w:r>
    </w:p>
    <w:p>
      <w:r>
        <w:t>- My proudest moment</w:t>
      </w:r>
    </w:p>
    <w:p>
      <w:r>
        <w:t>- A funny story I’ll never forget</w:t>
      </w:r>
    </w:p>
    <w:p>
      <w:r>
        <w:t>- What I’ve learned from failure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